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rPr/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4492625</wp:posOffset>
            </wp:positionH>
            <wp:positionV relativeFrom="paragraph">
              <wp:posOffset>-457200</wp:posOffset>
            </wp:positionV>
            <wp:extent cx="1562100" cy="1762125"/>
            <wp:effectExtent l="0" t="0" r="0" b="0"/>
            <wp:wrapSquare wrapText="bothSides"/>
            <wp:docPr id="1" name="Picture 1" descr="A logo for a volleyball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volleyball club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33" t="-294" r="-333" b="-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>Newbury Volleyball Club</w:t>
      </w:r>
    </w:p>
    <w:p>
      <w:pPr>
        <w:pStyle w:val="Heading1"/>
        <w:rPr/>
      </w:pPr>
      <w:r>
        <w:rPr/>
        <w:t>Membership Form 202</w:t>
      </w:r>
      <w:r>
        <w:rPr/>
        <w:t>6</w:t>
      </w:r>
      <w:r>
        <w:rPr/>
        <w:t>–202</w:t>
      </w:r>
      <w:r>
        <w:rPr/>
        <w:t>7</w:t>
      </w:r>
    </w:p>
    <w:p>
      <w:pPr>
        <w:pStyle w:val="Normal"/>
        <w:rPr/>
      </w:pPr>
      <w:r>
        <w:rPr/>
        <w:t>Welcome to Newbury Volleyball Club!</w:t>
        <w:br/>
        <w:t>Please complete this form and return it to:</w:t>
        <w:br/>
        <w:t xml:space="preserve">Sue Sayers – Club Secretary </w:t>
        <w:br/>
      </w:r>
      <w:r>
        <w:rPr>
          <w:rFonts w:cs="Segoe UI Emoji" w:ascii="Segoe UI Emoji" w:hAnsi="Segoe UI Emoji"/>
        </w:rPr>
        <w:t>📞</w:t>
      </w:r>
      <w:r>
        <w:rPr/>
        <w:t xml:space="preserve"> 07881 677634 | </w:t>
      </w:r>
      <w:r>
        <w:rPr>
          <w:rFonts w:cs="Segoe UI Emoji" w:ascii="Segoe UI Emoji" w:hAnsi="Segoe UI Emoji"/>
        </w:rPr>
        <w:t>✉️</w:t>
      </w:r>
      <w:r>
        <w:rPr/>
        <w:t xml:space="preserve"> </w:t>
      </w:r>
      <w:hyperlink r:id="rId3">
        <w:r>
          <w:rPr>
            <w:rStyle w:val="InternetLink"/>
          </w:rPr>
          <w:t>suesayers1@sky.com</w:t>
        </w:r>
      </w:hyperlink>
    </w:p>
    <w:p>
      <w:pPr>
        <w:pStyle w:val="Normal"/>
        <w:rPr/>
      </w:pPr>
      <w:r>
        <w:rPr/>
        <w:br/>
      </w:r>
      <w:r>
        <w:rPr>
          <w:rFonts w:cs="Segoe UI Emoji" w:ascii="Segoe UI Emoji" w:hAnsi="Segoe UI Emoji"/>
        </w:rPr>
        <w:t>💻</w:t>
      </w:r>
      <w:r>
        <w:rPr/>
        <w:t xml:space="preserve"> Visit: www.newburyvolleyball.co.uk or our Facebook Page</w:t>
        <w:br/>
      </w:r>
      <w:r>
        <w:rPr>
          <w:rFonts w:cs="Segoe UI Emoji" w:ascii="Segoe UI Emoji" w:hAnsi="Segoe UI Emoji"/>
        </w:rPr>
        <w:t>📱</w:t>
      </w:r>
      <w:r>
        <w:rPr/>
        <w:t xml:space="preserve"> </w:t>
      </w:r>
      <w:r>
        <w:rPr>
          <w:b/>
          <w:bCs/>
          <w:sz w:val="28"/>
          <w:szCs w:val="28"/>
          <w:highlight w:val="yellow"/>
        </w:rPr>
        <w:t xml:space="preserve">All matches, tournaments and training sessions are posted on Spond app – download and join with code WAHBH </w:t>
      </w:r>
      <w:r>
        <w:rPr>
          <w:b/>
          <w:bCs/>
          <w:sz w:val="28"/>
          <w:szCs w:val="28"/>
          <w:highlight w:val="yellow"/>
        </w:rPr>
        <w:t>We require you to confirm your attendance each session.</w:t>
      </w:r>
    </w:p>
    <w:p>
      <w:pPr>
        <w:pStyle w:val="Normal"/>
        <w:rPr>
          <w:rFonts w:ascii="Calibri" w:hAnsi="Calibri" w:cs="Calibri" w:asciiTheme="majorHAnsi" w:cstheme="majorHAnsi" w:hAnsiTheme="majorHAnsi"/>
          <w:sz w:val="52"/>
          <w:szCs w:val="52"/>
        </w:rPr>
      </w:pPr>
      <w:r>
        <w:rPr>
          <w:color w:val="1F497D" w:themeColor="text2"/>
        </w:rPr>
        <w:t xml:space="preserve">👤 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>Player Information</w:t>
      </w:r>
    </w:p>
    <w:p>
      <w:pPr>
        <w:pStyle w:val="Normal"/>
        <w:rPr/>
      </w:pPr>
      <w:r>
        <w:rPr/>
        <w:t>Full Name: __________________________</w:t>
        <w:br/>
        <w:t>Date of Birth: ____ / ____ / ______   ☐ Male   ☐ Female</w:t>
        <w:br/>
        <w:t>Address: ____________________________</w:t>
        <w:br/>
        <w:t>Email: ____________________________</w:t>
        <w:br/>
        <w:t>Mobile: ____________________________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b/>
          <w:b/>
          <w:bCs/>
          <w:color w:val="1F497D" w:themeColor="text2"/>
          <w:sz w:val="28"/>
          <w:szCs w:val="28"/>
        </w:rPr>
      </w:pPr>
      <w:r>
        <w:rPr>
          <w:b/>
          <w:bCs/>
          <w:color w:val="1F497D" w:themeColor="text2"/>
          <w:sz w:val="28"/>
          <w:szCs w:val="28"/>
        </w:rPr>
        <w:br/>
      </w:r>
      <w:r>
        <w:rPr>
          <w:rFonts w:cs="Segoe UI Emoji" w:ascii="Segoe UI Emoji" w:hAnsi="Segoe UI Emoji"/>
          <w:b/>
          <w:bCs/>
          <w:color w:val="1F497D" w:themeColor="text2"/>
          <w:sz w:val="28"/>
          <w:szCs w:val="28"/>
        </w:rPr>
        <w:t>💳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 xml:space="preserve"> Membership Options (circle one)</w:t>
      </w:r>
    </w:p>
    <w:p>
      <w:pPr>
        <w:pStyle w:val="ListParagraph"/>
        <w:numPr>
          <w:ilvl w:val="0"/>
          <w:numId w:val="7"/>
        </w:numPr>
        <w:rPr/>
      </w:pPr>
      <w:r>
        <w:rPr/>
        <w:t>New players: £</w:t>
      </w:r>
      <w:r>
        <w:rPr/>
        <w:t>10</w:t>
      </w:r>
      <w:r>
        <w:rPr/>
        <w:t xml:space="preserve"> per session for 3 trial sessions, then choose monthly or full payment.</w:t>
      </w:r>
    </w:p>
    <w:p>
      <w:pPr>
        <w:pStyle w:val="ListParagraph"/>
        <w:numPr>
          <w:ilvl w:val="0"/>
          <w:numId w:val="7"/>
        </w:numPr>
        <w:rPr/>
      </w:pPr>
      <w:r>
        <w:rPr/>
        <w:t>Whole year payment: £</w:t>
      </w:r>
      <w:r>
        <w:rPr/>
        <w:t>400</w:t>
      </w:r>
      <w:r>
        <w:rPr/>
        <w:t xml:space="preserve"> (THURSDAYS 7-9pm) | £</w:t>
      </w:r>
      <w:r>
        <w:rPr/>
        <w:t>400 TUESDAYS</w:t>
      </w:r>
      <w:r>
        <w:rPr/>
        <w:t xml:space="preserve"> </w:t>
      </w:r>
      <w:r>
        <w:rPr/>
        <w:t>8.00-</w:t>
      </w:r>
      <w:r>
        <w:rPr/>
        <w:t>9.</w:t>
      </w:r>
      <w:r>
        <w:rPr/>
        <w:t>30</w:t>
      </w:r>
      <w:r>
        <w:rPr/>
        <w:t>pm)</w:t>
      </w:r>
    </w:p>
    <w:p>
      <w:pPr>
        <w:pStyle w:val="ListParagraph"/>
        <w:numPr>
          <w:ilvl w:val="0"/>
          <w:numId w:val="7"/>
        </w:numPr>
        <w:rPr/>
      </w:pPr>
      <w:r>
        <w:rPr/>
        <w:t>Monthly payment: £3</w:t>
      </w:r>
      <w:r>
        <w:rPr/>
        <w:t xml:space="preserve">6 </w:t>
      </w:r>
      <w:r>
        <w:rPr/>
        <w:t xml:space="preserve">(THURSDAYS 7-9pm </w:t>
      </w:r>
      <w:r>
        <w:rPr/>
        <w:t xml:space="preserve">invite only </w:t>
      </w:r>
      <w:r>
        <w:rPr/>
        <w:t>) | £3</w:t>
      </w:r>
      <w:r>
        <w:rPr/>
        <w:t xml:space="preserve">6 </w:t>
      </w:r>
      <w:r>
        <w:rPr/>
        <w:t xml:space="preserve">(Tuesdays </w:t>
      </w:r>
      <w:r>
        <w:rPr/>
        <w:t>8.00-</w:t>
      </w:r>
      <w:r>
        <w:rPr/>
        <w:t>9.</w:t>
      </w:r>
      <w:r>
        <w:rPr/>
        <w:t>30</w:t>
      </w:r>
      <w:r>
        <w:rPr/>
        <w:t>pm</w:t>
        <w:br/>
        <w:br/>
      </w:r>
    </w:p>
    <w:p>
      <w:pPr>
        <w:pStyle w:val="ListParagraph"/>
        <w:numPr>
          <w:ilvl w:val="0"/>
          <w:numId w:val="7"/>
        </w:numPr>
        <w:rPr/>
      </w:pPr>
      <w:r>
        <w:rPr>
          <w:b/>
          <w:bCs/>
        </w:rPr>
        <w:t>Bank Details:</w:t>
      </w:r>
      <w:r>
        <w:rPr/>
        <w:br/>
        <w:t>Newbury Volleyball Club</w:t>
        <w:br/>
        <w:t>Acc: 03199601  Sort code: 30-95-89</w:t>
      </w:r>
    </w:p>
    <w:p>
      <w:pPr>
        <w:pStyle w:val="Normal"/>
        <w:rPr>
          <w:rFonts w:ascii="Calibri" w:hAnsi="Calibri" w:cs="Calibri" w:asciiTheme="majorHAnsi" w:cstheme="majorHAnsi" w:hAnsiTheme="majorHAnsi"/>
          <w:b/>
          <w:b/>
          <w:bCs/>
          <w:color w:val="1F497D" w:themeColor="text2"/>
          <w:sz w:val="28"/>
          <w:szCs w:val="28"/>
        </w:rPr>
      </w:pP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br/>
      </w:r>
    </w:p>
    <w:p>
      <w:pPr>
        <w:pStyle w:val="Normal"/>
        <w:rPr>
          <w:rFonts w:ascii="Calibri" w:hAnsi="Calibri" w:cs="Calibri" w:asciiTheme="majorHAnsi" w:cstheme="majorHAnsi" w:hAnsiTheme="majorHAnsi"/>
          <w:b/>
          <w:b/>
          <w:bCs/>
          <w:color w:val="1F497D" w:themeColor="text2"/>
          <w:sz w:val="28"/>
          <w:szCs w:val="28"/>
        </w:rPr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b/>
          <w:b/>
          <w:bCs/>
          <w:color w:val="1F497D" w:themeColor="text2"/>
          <w:sz w:val="28"/>
          <w:szCs w:val="28"/>
        </w:rPr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b/>
          <w:b/>
          <w:bCs/>
          <w:color w:val="1F497D" w:themeColor="text2"/>
          <w:sz w:val="28"/>
          <w:szCs w:val="28"/>
        </w:rPr>
      </w:pPr>
      <w:r>
        <w:rPr>
          <w:rFonts w:cs="Segoe UI Emoji" w:ascii="Segoe UI Emoji" w:hAnsi="Segoe UI Emoji"/>
          <w:b/>
          <w:bCs/>
          <w:color w:val="1F497D" w:themeColor="text2"/>
          <w:sz w:val="28"/>
          <w:szCs w:val="28"/>
        </w:rPr>
        <w:t>🏥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 xml:space="preserve"> 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>Medical &amp; Emergency Information</w:t>
      </w:r>
    </w:p>
    <w:p>
      <w:pPr>
        <w:pStyle w:val="Normal"/>
        <w:rPr/>
      </w:pPr>
      <w:r>
        <w:rPr/>
        <w:t>Medical conditions (e.g. asthma, diabetes): ____________________</w:t>
        <w:br/>
        <w:t>Emergency Contact Name: ____________________</w:t>
        <w:br/>
        <w:t>Phone Number: ____________________</w:t>
      </w:r>
    </w:p>
    <w:p>
      <w:pPr>
        <w:pStyle w:val="Normal"/>
        <w:rPr/>
      </w:pPr>
      <w:r>
        <w:rPr/>
        <w:br/>
      </w:r>
      <w:r>
        <w:rPr>
          <w:rFonts w:cs="Segoe UI Emoji" w:ascii="Segoe UI Emoji" w:hAnsi="Segoe UI Emoji"/>
          <w:b/>
          <w:bCs/>
          <w:color w:val="1F497D" w:themeColor="text2"/>
          <w:sz w:val="28"/>
          <w:szCs w:val="28"/>
        </w:rPr>
        <w:t>✅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 xml:space="preserve"> Permissions &amp; Agreements</w:t>
      </w:r>
      <w:r>
        <w:rPr/>
        <w:br/>
        <w:t>By signing below, I agree that:</w:t>
        <w:br/>
        <w:t>- I have read and agree with the Policy Statement and Code of Conduct.</w:t>
        <w:br/>
        <w:t>- I consent to emergency medical treatment if needed.</w:t>
        <w:br/>
        <w:t>- Photos/videos may be taken for club promotion.</w:t>
        <w:br/>
        <w:t>- Membership payments cover training and BVA league matches (Sept 2025 – Sept 2026).</w:t>
      </w:r>
    </w:p>
    <w:p>
      <w:pPr>
        <w:pStyle w:val="Normal"/>
        <w:rPr/>
      </w:pPr>
      <w:r>
        <w:rPr/>
        <w:br/>
        <w:t>Signature: ____________________    Date: ____ / ____ / ______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br/>
      </w:r>
      <w:r>
        <w:rPr>
          <w:rFonts w:cs="Segoe UI Emoji" w:ascii="Segoe UI Emoji" w:hAnsi="Segoe UI Emoji"/>
          <w:b/>
          <w:bCs/>
          <w:color w:val="1F497D" w:themeColor="text2"/>
          <w:sz w:val="28"/>
          <w:szCs w:val="28"/>
        </w:rPr>
        <w:t>📖</w:t>
      </w:r>
      <w:r>
        <w:rPr>
          <w:rFonts w:cs="Calibri" w:ascii="Calibri" w:hAnsi="Calibri" w:asciiTheme="majorHAnsi" w:cstheme="majorHAnsi" w:hAnsiTheme="majorHAnsi"/>
          <w:b/>
          <w:bCs/>
          <w:color w:val="1F497D" w:themeColor="text2"/>
          <w:sz w:val="28"/>
          <w:szCs w:val="28"/>
        </w:rPr>
        <w:t xml:space="preserve"> Club Values</w:t>
      </w:r>
      <w:r>
        <w:rPr/>
        <w:br/>
        <w:t>The mission of Newbury Volleyball club is to promote and encourage the popularity of volleyball at all levels and ages by providing quality coaching within a safe, equitable, child-friendly environment.</w:t>
        <w:br/>
        <w:t>For full details on our Equity Policy, Safeguarding Policy and Club Code of Conduct, see the club handbook or website.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Emoj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Link">
    <w:name w:val="Hyperlink"/>
    <w:basedOn w:val="DefaultParagraphFont"/>
    <w:uiPriority w:val="99"/>
    <w:unhideWhenUsed/>
    <w:rsid w:val="00eb53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b53b4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uesayers1@sky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Application>LibreOffice/7.2.4.1$Windows_X86_64 LibreOffice_project/27d75539669ac387bb498e35313b970b7fe9c4f9</Application>
  <AppVersion>15.0000</AppVersion>
  <Pages>2</Pages>
  <Words>277</Words>
  <Characters>1608</Characters>
  <CharactersWithSpaces>1885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2025-08-27T14:04:00Z</dcterms:created>
  <dc:creator>python-docx</dc:creator>
  <dc:description>generated by python-docx</dc:description>
  <dc:language>en-GB</dc:language>
  <cp:lastModifiedBy/>
  <dcterms:modified xsi:type="dcterms:W3CDTF">2026-08-03T13:33:35Z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